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宋体" w:hAnsi="宋体" w:eastAsia="宋体"/>
          <w:b/>
          <w:sz w:val="36"/>
        </w:rPr>
        <w:t>2020年华侨大学预科教育学院摸底测试卷</w:t>
      </w:r>
    </w:p>
    <w:p>
      <w:pPr>
        <w:jc w:val="center"/>
      </w:pPr>
      <w:r>
        <w:rPr>
          <w:rFonts w:ascii="宋体" w:hAnsi="宋体" w:eastAsia="宋体"/>
          <w:b w:val="0"/>
          <w:sz w:val="18"/>
        </w:rPr>
        <w:t>学院：______ 课程名称：特定用途试卷 考试日期：______</w:t>
      </w:r>
    </w:p>
    <w:p>
      <w:pPr>
        <w:jc w:val="center"/>
      </w:pPr>
      <w:r>
        <w:rPr>
          <w:rFonts w:ascii="宋体" w:hAnsi="宋体" w:eastAsia="宋体"/>
          <w:b w:val="0"/>
          <w:sz w:val="18"/>
        </w:rPr>
        <w:t>姓名：____ 专业：______ 学号：________ 考试成绩：____</w:t>
      </w:r>
    </w:p>
    <w:p>
      <w:pPr>
        <w:jc w:val="center"/>
      </w:pPr>
      <w:r>
        <w:rPr>
          <w:rFonts w:ascii="宋体" w:hAnsi="宋体" w:eastAsia="宋体"/>
          <w:b w:val="0"/>
          <w:sz w:val="21"/>
        </w:rPr>
        <w:t>————————————————————————————————————————</w:t>
      </w:r>
    </w:p>
    <w:p>
      <w:pPr>
        <w:jc w:val="center"/>
      </w:pPr>
      <w:r>
        <w:rPr>
          <w:rFonts w:ascii="宋体" w:hAnsi="宋体" w:eastAsia="宋体"/>
          <w:b w:val="0"/>
          <w:sz w:val="24"/>
        </w:rPr>
        <w:t>本试卷共（    ）页，答题时间（    ）分钟，闭卷考试。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题号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一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二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三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四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总分</w:t>
            </w:r>
          </w:p>
        </w:tc>
      </w:tr>
      <w:tr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得分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10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10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20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8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48</w:t>
            </w:r>
          </w:p>
        </w:tc>
      </w:tr>
    </w:tbl>
    <w:p/>
    <w:p>
      <w:r>
        <w:rPr>
          <w:rFonts w:ascii="黑体" w:hAnsi="黑体" w:eastAsia="黑体"/>
          <w:b/>
          <w:sz w:val="28"/>
        </w:rPr>
        <w:t>一、单选题（共 5 题，共 10 分）</w:t>
      </w:r>
    </w:p>
    <w:p>
      <w:r>
        <w:rPr>
          <w:rFonts w:ascii="楷体" w:hAnsi="楷体" w:eastAsia="楷体"/>
          <w:b w:val="0"/>
          <w:sz w:val="28"/>
        </w:rPr>
        <w:t>1. 这个(zhège)船(chuán)非常(fēicháng)大(dà)，可以(kěyǐ)坐(zuò)几(jǐ)（）人(rén)。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完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进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过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千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E. 贵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F. 自行车</w:t>
      </w:r>
    </w:p>
    <w:p/>
    <w:p>
      <w:r>
        <w:rPr>
          <w:rFonts w:ascii="楷体" w:hAnsi="楷体" w:eastAsia="楷体"/>
          <w:b w:val="0"/>
          <w:sz w:val="28"/>
        </w:rPr>
        <w:t>2. 请(qǐng)（），这(zhè)就是(jiùshì)我(wǒ)的(de)房间(fángjiān)。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完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进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过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千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E. 贵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F. 自行车</w:t>
      </w:r>
    </w:p>
    <w:p/>
    <w:p>
      <w:r>
        <w:rPr>
          <w:rFonts w:ascii="楷体" w:hAnsi="楷体" w:eastAsia="楷体"/>
          <w:b w:val="0"/>
          <w:sz w:val="28"/>
        </w:rPr>
        <w:t>3. 昨天(zuótiān)的(de)考试题(kǎoshìtí)太(tài)多(duō)，我(wǒ)没有(méiyǒu)做(zuò)（）。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完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进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过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千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E. 贵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F. 自行车</w:t>
      </w:r>
    </w:p>
    <w:p/>
    <w:p>
      <w:r>
        <w:rPr>
          <w:rFonts w:ascii="楷体" w:hAnsi="楷体" w:eastAsia="楷体"/>
          <w:b w:val="0"/>
          <w:sz w:val="28"/>
        </w:rPr>
        <w:t>4. 我(wǒ)没(méi)去(qù)（）中国(zhōngguó)，我(wǒ)希望(xīwàng)今年(jīnnián)能(néng)去(qù)中国(zhōngguó)旅游(lǚyóu)。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完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进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过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千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E. 贵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F. 自行车</w:t>
      </w:r>
    </w:p>
    <w:p/>
    <w:p>
      <w:r>
        <w:rPr>
          <w:rFonts w:ascii="楷体" w:hAnsi="楷体" w:eastAsia="楷体"/>
          <w:b w:val="0"/>
          <w:sz w:val="28"/>
        </w:rPr>
        <w:t>5. 女(nǚ)：对不起(duìbuqǐ)，我(wǒ)不能(bùnéng)和(hé)你(nǐ)一起(yìqǐ)去(qù)买(mǎi)（）了(le)。</w:t>
        <w:br/>
        <w:t>男(nán)：没(méi)关(guān)系(xi)，我(wǒ)知(zhī)道(dào)你(nǐ)很(hěn)忙(máng)。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完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进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过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千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E. 贵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F. 自行车</w:t>
      </w:r>
    </w:p>
    <w:p/>
    <w:p>
      <w:r>
        <w:rPr>
          <w:rFonts w:ascii="黑体" w:hAnsi="黑体" w:eastAsia="黑体"/>
          <w:b/>
          <w:sz w:val="28"/>
        </w:rPr>
        <w:t>二、简答题（共 5 题，共 10 分）</w:t>
      </w:r>
    </w:p>
    <w:p>
      <w:r>
        <w:rPr>
          <w:rFonts w:ascii="楷体" w:hAnsi="楷体" w:eastAsia="楷体"/>
          <w:b w:val="0"/>
          <w:sz w:val="28"/>
        </w:rPr>
        <w:t>6. 请将下列词语排成通顺的句子： 先、菜单、我们、看着</w:t>
      </w:r>
    </w:p>
    <w:p/>
    <w:p>
      <w:r>
        <w:rPr>
          <w:rFonts w:ascii="楷体" w:hAnsi="楷体" w:eastAsia="楷体"/>
          <w:b w:val="0"/>
          <w:sz w:val="28"/>
        </w:rPr>
        <w:t>7. 请将下列词语排成通顺的句子： 她、带、忘了、护照</w:t>
      </w:r>
    </w:p>
    <w:p/>
    <w:p>
      <w:r>
        <w:rPr>
          <w:rFonts w:ascii="楷体" w:hAnsi="楷体" w:eastAsia="楷体"/>
          <w:b w:val="0"/>
          <w:sz w:val="28"/>
        </w:rPr>
        <w:t>8. 请将下列词语排成通顺的句子： 很、这些、葡萄、新鲜</w:t>
      </w:r>
    </w:p>
    <w:p/>
    <w:p>
      <w:r>
        <w:rPr>
          <w:rFonts w:ascii="楷体" w:hAnsi="楷体" w:eastAsia="楷体"/>
          <w:b w:val="0"/>
          <w:sz w:val="28"/>
        </w:rPr>
        <w:t>9. 请将下列词语排成通顺的句子： 都、黑色的、熊猫的、眼睛和耳朵、是</w:t>
      </w:r>
    </w:p>
    <w:p/>
    <w:p>
      <w:r>
        <w:rPr>
          <w:rFonts w:ascii="楷体" w:hAnsi="楷体" w:eastAsia="楷体"/>
          <w:b w:val="0"/>
          <w:sz w:val="28"/>
        </w:rPr>
        <w:t>10. 请将下列词语排成通顺的句子： 你、冷水、洗澡、用、敢不敢</w:t>
      </w:r>
    </w:p>
    <w:p/>
    <w:p>
      <w:r>
        <w:rPr>
          <w:rFonts w:ascii="黑体" w:hAnsi="黑体" w:eastAsia="黑体"/>
          <w:b/>
          <w:sz w:val="28"/>
        </w:rPr>
        <w:t>三、填空题（共 10 题，共 20 分）</w:t>
      </w:r>
    </w:p>
    <w:p>
      <w:r>
        <w:rPr>
          <w:rFonts w:ascii="楷体" w:hAnsi="楷体" w:eastAsia="楷体"/>
          <w:b w:val="0"/>
          <w:sz w:val="28"/>
        </w:rPr>
        <w:t>11. 请将下列句子排列成通顺的一段话： A. 而且环境保护得也很好 B. 小城四季的风景都很美 C. 因此每年都吸引着成千上万的游客去那儿旅游</w:t>
      </w:r>
    </w:p>
    <w:p/>
    <w:p>
      <w:r>
        <w:rPr>
          <w:rFonts w:ascii="楷体" w:hAnsi="楷体" w:eastAsia="楷体"/>
          <w:b w:val="0"/>
          <w:sz w:val="28"/>
        </w:rPr>
        <w:t>12. 请将下列句子排列成通顺的一段话： A. 学会接受别人的批评 B. 然后才会变得更优秀 C. 才能发现自己的缺点</w:t>
      </w:r>
    </w:p>
    <w:p/>
    <w:p>
      <w:r>
        <w:rPr>
          <w:rFonts w:ascii="楷体" w:hAnsi="楷体" w:eastAsia="楷体"/>
          <w:b w:val="0"/>
          <w:sz w:val="28"/>
        </w:rPr>
        <w:t>13. 请将下列句子排列成通顺的一段话： A. 我从小就养成了写日记的习惯 B. 把每天发生的事记在笔记本上 C. 也算是对一天生活的总结</w:t>
      </w:r>
    </w:p>
    <w:p/>
    <w:p>
      <w:r>
        <w:rPr>
          <w:rFonts w:ascii="楷体" w:hAnsi="楷体" w:eastAsia="楷体"/>
          <w:b w:val="0"/>
          <w:sz w:val="28"/>
        </w:rPr>
        <w:t>14. 请将下列句子排列成通顺的一段话： A. 就好像站在镜子前面，看镜子里面的人 B. 尊重别人的人，同样也会受到别人的尊重 C. 你热情他也热情，你友好他也友好</w:t>
      </w:r>
    </w:p>
    <w:p/>
    <w:p>
      <w:r>
        <w:rPr>
          <w:rFonts w:ascii="楷体" w:hAnsi="楷体" w:eastAsia="楷体"/>
          <w:b w:val="0"/>
          <w:sz w:val="28"/>
        </w:rPr>
        <w:t>15. 请将下列句子排列成通顺的一段话： A. 不管在外面的世界遇到什么困难 B. 家永远是我们心中最安全的地方 C. 因为我们总是能够在家里找到爱和幸福</w:t>
      </w:r>
    </w:p>
    <w:p/>
    <w:p>
      <w:r>
        <w:rPr>
          <w:rFonts w:ascii="楷体" w:hAnsi="楷体" w:eastAsia="楷体"/>
          <w:b w:val="0"/>
          <w:sz w:val="28"/>
        </w:rPr>
        <w:t>16. 请将下列句子排列成通顺的一段话： A. 对皮肤很有好处 B. 例如，每天早晨吃一到两个新鲜西红柿 C. 常吃西红柿对解决一些健康问题有很大的帮助</w:t>
      </w:r>
    </w:p>
    <w:p/>
    <w:p>
      <w:r>
        <w:rPr>
          <w:rFonts w:ascii="楷体" w:hAnsi="楷体" w:eastAsia="楷体"/>
          <w:b w:val="0"/>
          <w:sz w:val="28"/>
        </w:rPr>
        <w:t>17. 请将下列句子排列成通顺的一段话： A. 为人们交友提供了方便 B. 网上各自免费的聊天工具 C. 现在，连人们办公也离不开它了</w:t>
      </w:r>
    </w:p>
    <w:p/>
    <w:p>
      <w:r>
        <w:rPr>
          <w:rFonts w:ascii="楷体" w:hAnsi="楷体" w:eastAsia="楷体"/>
          <w:b w:val="0"/>
          <w:sz w:val="28"/>
        </w:rPr>
        <w:t>18. 请将下列句子排列成通顺的一段话： A. 但是时间不要太长，最好在半小时到一小时之间 B. 一般来说，感到微微出汗的时候就可以了 C. 散步能让人减轻压力，变得轻松起来</w:t>
      </w:r>
    </w:p>
    <w:p/>
    <w:p>
      <w:r>
        <w:rPr>
          <w:rFonts w:ascii="楷体" w:hAnsi="楷体" w:eastAsia="楷体"/>
          <w:b w:val="0"/>
          <w:sz w:val="28"/>
        </w:rPr>
        <w:t>19. 请将下列句子排列成通顺的一段话： A. 从他嘴里说出来也会变得十分有趣 B. 他是一个幽默的人 C. 即使是很普通的经历</w:t>
      </w:r>
    </w:p>
    <w:p/>
    <w:p>
      <w:r>
        <w:rPr>
          <w:rFonts w:ascii="楷体" w:hAnsi="楷体" w:eastAsia="楷体"/>
          <w:b w:val="0"/>
          <w:sz w:val="28"/>
        </w:rPr>
        <w:t>20. 请将下列句子排列成通顺的一段话： A. 因为红色能更好地保护皮肤 B. 按照经验，人们往往认为夏天应该多穿白色衣服 C. 但有研究证明，其实穿红色的更好</w:t>
      </w:r>
    </w:p>
    <w:p/>
    <w:p>
      <w:r>
        <w:rPr>
          <w:rFonts w:ascii="黑体" w:hAnsi="黑体" w:eastAsia="黑体"/>
          <w:b/>
          <w:sz w:val="28"/>
        </w:rPr>
        <w:t>四、单选题（共 4 题，共 8 分）</w:t>
      </w:r>
    </w:p>
    <w:p>
      <w:r>
        <w:rPr>
          <w:rFonts w:ascii="楷体" w:hAnsi="楷体" w:eastAsia="楷体"/>
          <w:b w:val="0"/>
          <w:sz w:val="28"/>
        </w:rPr>
        <w:t>21. 【短文】 人为什么会做梦，梦有什么意义，人类______了近千年也还没有找到答案。但是人们相信一些常见的梦______ 着特别的意义。例如，我们梦见要出门远行，要乘坐飞机、火车或者其他交通工具，但是却晚了一点儿，没有赶上。这种梦代表你错过了人生的一次机会，当人们面对重要的选择而犹豫的时候，常做这种梦。再有，______，可是却发现自己根本读不懂考试的题目。这种梦说明你正______ 挑战，但是你还没有做好准备。 【题目】 人类______了近千年也还没有找到答案。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想象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观察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思考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幻想</w:t>
      </w:r>
    </w:p>
    <w:p/>
    <w:p>
      <w:r>
        <w:rPr>
          <w:rFonts w:ascii="楷体" w:hAnsi="楷体" w:eastAsia="楷体"/>
          <w:b w:val="0"/>
          <w:sz w:val="28"/>
        </w:rPr>
        <w:t>22. 【短文】</w:t>
        <w:br/>
        <w:t>人为什么会做梦，梦有什么意义，人类______了近千年也还没有找到答案。但是人们相信一些常见的梦______ 着特别的意义。例如，我们梦见要出门远行，要乘坐飞机、火车或者其他交通工具，但是却晚了一点儿，没有赶上。这种梦代表你错过了人生的一次机会，当人们面对重要的选择而犹豫的时候，常做这种梦。再有，______，可是却发现自己根本读不懂考试的题目。这种梦说明你正______ 挑战，但是你还没有做好准备。</w:t>
        <w:br/>
        <w:br/>
        <w:t>【题目】</w:t>
        <w:br/>
        <w:t>但是人们相信一些常见的梦______ 着特别的意义。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表现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包含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保持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采取</w:t>
      </w:r>
    </w:p>
    <w:p/>
    <w:p>
      <w:r>
        <w:rPr>
          <w:rFonts w:ascii="楷体" w:hAnsi="楷体" w:eastAsia="楷体"/>
          <w:b w:val="0"/>
          <w:sz w:val="28"/>
        </w:rPr>
        <w:t>23. 【短文】</w:t>
        <w:br/>
        <w:t>人为什么会做梦，梦有什么意义，人类______了近千年也还没有找到答案。但是人们相信一些常见的梦______ 着特别的意义。例如，我们梦见要出门远行，要乘坐飞机、火车或者其他交通工具，但是却晚了一点儿，没有赶上。这种梦代表你错过了人生的一次机会，当人们面对重要的选择而犹豫的时候，常做这种梦。再有，______，可是却发现自己根本读不懂考试的题目。这种梦说明你正______ 挑战，但是你还没有做好准备。</w:t>
        <w:br/>
        <w:br/>
        <w:t>【题目】</w:t>
        <w:br/>
        <w:t>再有，______，可是却发现自己根本读不懂考试的题目。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当你加班的时候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一次重要的考试结束后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有时候我们会梦见参加考试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如果你梦到和朋友去郊区郊游</w:t>
      </w:r>
    </w:p>
    <w:p/>
    <w:p>
      <w:r>
        <w:rPr>
          <w:rFonts w:ascii="楷体" w:hAnsi="楷体" w:eastAsia="楷体"/>
          <w:b w:val="0"/>
          <w:sz w:val="28"/>
        </w:rPr>
        <w:t>24. 【短文】</w:t>
        <w:br/>
        <w:t>人为什么会做梦，梦有什么意义，人类______了近千年也还没有找到答案。但是人们相信一些常见的梦______ 着特别的意义。例如，我们梦见要出门远行，要乘坐飞机、火车或者其他交通工具，但是却晚了一点儿，没有赶上。这种梦代表你错过了人生的一次机会，当人们面对重要的选择而犹豫的时候，常做这种梦。再有，______，可是却发现自己根本读不懂考试的题目。这种梦说明你正______ 挑战，但是你还没有做好准备。</w:t>
        <w:br/>
        <w:br/>
        <w:t>【题目】</w:t>
        <w:br/>
        <w:t>这种梦说明你正______ 挑战，但是你还没有做好准备。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面临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逃避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参考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承担</w:t>
      </w:r>
    </w:p>
    <w:p/>
    <w:p>
      <w:r>
        <w:br w:type="page"/>
      </w:r>
    </w:p>
    <w:p>
      <w:r>
        <w:rPr>
          <w:rFonts w:ascii="黑体" w:hAnsi="黑体" w:eastAsia="黑体"/>
          <w:b/>
          <w:sz w:val="28"/>
        </w:rPr>
        <w:t>参考答案</w:t>
      </w:r>
    </w:p>
    <w:p>
      <w:r>
        <w:rPr>
          <w:rFonts w:ascii="宋体" w:hAnsi="宋体" w:eastAsia="宋体"/>
          <w:b w:val="0"/>
          <w:sz w:val="21"/>
        </w:rPr>
        <w:t>1. D</w:t>
      </w:r>
    </w:p>
    <w:p>
      <w:r>
        <w:rPr>
          <w:rFonts w:ascii="宋体" w:hAnsi="宋体" w:eastAsia="宋体"/>
          <w:b w:val="0"/>
          <w:sz w:val="21"/>
        </w:rPr>
        <w:t>2. B</w:t>
      </w:r>
    </w:p>
    <w:p>
      <w:r>
        <w:rPr>
          <w:rFonts w:ascii="宋体" w:hAnsi="宋体" w:eastAsia="宋体"/>
          <w:b w:val="0"/>
          <w:sz w:val="21"/>
        </w:rPr>
        <w:t>3. A</w:t>
      </w:r>
    </w:p>
    <w:p>
      <w:r>
        <w:rPr>
          <w:rFonts w:ascii="宋体" w:hAnsi="宋体" w:eastAsia="宋体"/>
          <w:b w:val="0"/>
          <w:sz w:val="21"/>
        </w:rPr>
        <w:t>4. C</w:t>
      </w:r>
    </w:p>
    <w:p>
      <w:r>
        <w:rPr>
          <w:rFonts w:ascii="宋体" w:hAnsi="宋体" w:eastAsia="宋体"/>
          <w:b w:val="0"/>
          <w:sz w:val="21"/>
        </w:rPr>
        <w:t>5. F</w:t>
      </w:r>
    </w:p>
    <w:p>
      <w:r>
        <w:rPr>
          <w:rFonts w:ascii="宋体" w:hAnsi="宋体" w:eastAsia="宋体"/>
          <w:b w:val="0"/>
          <w:sz w:val="21"/>
        </w:rPr>
        <w:t>6. 我们先看看菜单。</w:t>
      </w:r>
    </w:p>
    <w:p>
      <w:r>
        <w:rPr>
          <w:rFonts w:ascii="宋体" w:hAnsi="宋体" w:eastAsia="宋体"/>
          <w:b w:val="0"/>
          <w:sz w:val="21"/>
        </w:rPr>
        <w:t>7. 她忘了带护照。</w:t>
      </w:r>
    </w:p>
    <w:p>
      <w:r>
        <w:rPr>
          <w:rFonts w:ascii="宋体" w:hAnsi="宋体" w:eastAsia="宋体"/>
          <w:b w:val="0"/>
          <w:sz w:val="21"/>
        </w:rPr>
        <w:t>8. 这些普通很新鲜。</w:t>
      </w:r>
    </w:p>
    <w:p>
      <w:r>
        <w:rPr>
          <w:rFonts w:ascii="宋体" w:hAnsi="宋体" w:eastAsia="宋体"/>
          <w:b w:val="0"/>
          <w:sz w:val="21"/>
        </w:rPr>
        <w:t>9. 熊猫的眼睛和耳朵都是黑色的。</w:t>
      </w:r>
    </w:p>
    <w:p>
      <w:r>
        <w:rPr>
          <w:rFonts w:ascii="宋体" w:hAnsi="宋体" w:eastAsia="宋体"/>
          <w:b w:val="0"/>
          <w:sz w:val="21"/>
        </w:rPr>
        <w:t>10. 你敢不敢用冷水洗澡？</w:t>
      </w:r>
    </w:p>
    <w:p>
      <w:r>
        <w:rPr>
          <w:rFonts w:ascii="宋体" w:hAnsi="宋体" w:eastAsia="宋体"/>
          <w:b w:val="0"/>
          <w:sz w:val="21"/>
        </w:rPr>
        <w:t>11. BAC</w:t>
      </w:r>
    </w:p>
    <w:p>
      <w:r>
        <w:rPr>
          <w:rFonts w:ascii="宋体" w:hAnsi="宋体" w:eastAsia="宋体"/>
          <w:b w:val="0"/>
          <w:sz w:val="21"/>
        </w:rPr>
        <w:t>12. ACB</w:t>
      </w:r>
    </w:p>
    <w:p>
      <w:r>
        <w:rPr>
          <w:rFonts w:ascii="宋体" w:hAnsi="宋体" w:eastAsia="宋体"/>
          <w:b w:val="0"/>
          <w:sz w:val="21"/>
        </w:rPr>
        <w:t>13. ABC</w:t>
      </w:r>
    </w:p>
    <w:p>
      <w:r>
        <w:rPr>
          <w:rFonts w:ascii="宋体" w:hAnsi="宋体" w:eastAsia="宋体"/>
          <w:b w:val="0"/>
          <w:sz w:val="21"/>
        </w:rPr>
        <w:t>14. BAC</w:t>
      </w:r>
    </w:p>
    <w:p>
      <w:r>
        <w:rPr>
          <w:rFonts w:ascii="宋体" w:hAnsi="宋体" w:eastAsia="宋体"/>
          <w:b w:val="0"/>
          <w:sz w:val="21"/>
        </w:rPr>
        <w:t>15. ABC</w:t>
      </w:r>
    </w:p>
    <w:p>
      <w:r>
        <w:rPr>
          <w:rFonts w:ascii="宋体" w:hAnsi="宋体" w:eastAsia="宋体"/>
          <w:b w:val="0"/>
          <w:sz w:val="21"/>
        </w:rPr>
        <w:t>16. CBA</w:t>
      </w:r>
    </w:p>
    <w:p>
      <w:r>
        <w:rPr>
          <w:rFonts w:ascii="宋体" w:hAnsi="宋体" w:eastAsia="宋体"/>
          <w:b w:val="0"/>
          <w:sz w:val="21"/>
        </w:rPr>
        <w:t>17. BAC</w:t>
      </w:r>
    </w:p>
    <w:p>
      <w:r>
        <w:rPr>
          <w:rFonts w:ascii="宋体" w:hAnsi="宋体" w:eastAsia="宋体"/>
          <w:b w:val="0"/>
          <w:sz w:val="21"/>
        </w:rPr>
        <w:t>18. CAB</w:t>
      </w:r>
    </w:p>
    <w:p>
      <w:r>
        <w:rPr>
          <w:rFonts w:ascii="宋体" w:hAnsi="宋体" w:eastAsia="宋体"/>
          <w:b w:val="0"/>
          <w:sz w:val="21"/>
        </w:rPr>
        <w:t>19. BCA</w:t>
      </w:r>
    </w:p>
    <w:p>
      <w:r>
        <w:rPr>
          <w:rFonts w:ascii="宋体" w:hAnsi="宋体" w:eastAsia="宋体"/>
          <w:b w:val="0"/>
          <w:sz w:val="21"/>
        </w:rPr>
        <w:t>20. BCA</w:t>
      </w:r>
    </w:p>
    <w:p>
      <w:r>
        <w:rPr>
          <w:rFonts w:ascii="宋体" w:hAnsi="宋体" w:eastAsia="宋体"/>
          <w:b w:val="0"/>
          <w:sz w:val="21"/>
        </w:rPr>
        <w:t>21. C</w:t>
      </w:r>
    </w:p>
    <w:p>
      <w:r>
        <w:rPr>
          <w:rFonts w:ascii="宋体" w:hAnsi="宋体" w:eastAsia="宋体"/>
          <w:b w:val="0"/>
          <w:sz w:val="21"/>
        </w:rPr>
        <w:t>22. B</w:t>
      </w:r>
    </w:p>
    <w:p>
      <w:r>
        <w:rPr>
          <w:rFonts w:ascii="宋体" w:hAnsi="宋体" w:eastAsia="宋体"/>
          <w:b w:val="0"/>
          <w:sz w:val="21"/>
        </w:rPr>
        <w:t>23. C</w:t>
      </w:r>
    </w:p>
    <w:p>
      <w:r>
        <w:rPr>
          <w:rFonts w:ascii="宋体" w:hAnsi="宋体" w:eastAsia="宋体"/>
          <w:b w:val="0"/>
          <w:sz w:val="21"/>
        </w:rPr>
        <w:t>24. 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