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宋体" w:hAnsi="宋体" w:eastAsia="宋体"/>
          <w:b/>
          <w:sz w:val="36"/>
        </w:rPr>
        <w:t>导入试卷测试</w:t>
      </w:r>
    </w:p>
    <w:p>
      <w:pPr>
        <w:jc w:val="center"/>
      </w:pPr>
      <w:r>
        <w:rPr>
          <w:rFonts w:ascii="宋体" w:hAnsi="宋体" w:eastAsia="宋体"/>
          <w:b w:val="0"/>
          <w:sz w:val="18"/>
        </w:rPr>
        <w:t>学院：______ 课程名称：__________ 考试日期：______</w:t>
      </w:r>
    </w:p>
    <w:p>
      <w:pPr>
        <w:jc w:val="center"/>
      </w:pPr>
      <w:r>
        <w:rPr>
          <w:rFonts w:ascii="宋体" w:hAnsi="宋体" w:eastAsia="宋体"/>
          <w:b w:val="0"/>
          <w:sz w:val="18"/>
        </w:rPr>
        <w:t>姓名：____ 专业：______ 学号：________ 考试成绩：____</w:t>
      </w:r>
    </w:p>
    <w:p>
      <w:pPr>
        <w:jc w:val="center"/>
      </w:pPr>
      <w:r>
        <w:rPr>
          <w:rFonts w:ascii="宋体" w:hAnsi="宋体" w:eastAsia="宋体"/>
          <w:b w:val="0"/>
          <w:sz w:val="21"/>
        </w:rPr>
        <w:t>————————————————————————————————————————</w:t>
      </w:r>
    </w:p>
    <w:p>
      <w:pPr>
        <w:jc w:val="center"/>
      </w:pPr>
      <w:r>
        <w:rPr>
          <w:rFonts w:ascii="宋体" w:hAnsi="宋体" w:eastAsia="宋体"/>
          <w:b w:val="0"/>
          <w:sz w:val="24"/>
        </w:rPr>
        <w:t>本试卷共（    ）页，答题时间（    ）分钟，闭卷考试。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题号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一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二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三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四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五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六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七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八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九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十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总分</w:t>
            </w:r>
          </w:p>
        </w:tc>
      </w:tr>
      <w:tr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得分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10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5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2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10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5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20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3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6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10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5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76</w:t>
            </w:r>
          </w:p>
        </w:tc>
      </w:tr>
    </w:tbl>
    <w:p/>
    <w:p>
      <w:r>
        <w:rPr>
          <w:rFonts w:ascii="黑体" w:hAnsi="黑体" w:eastAsia="黑体"/>
          <w:b/>
          <w:sz w:val="28"/>
        </w:rPr>
        <w:t>一、单项选择题（共 2 题，共 10 分）</w:t>
      </w:r>
    </w:p>
    <w:p>
      <w:r>
        <w:rPr>
          <w:rFonts w:ascii="楷体" w:hAnsi="楷体" w:eastAsia="楷体"/>
          <w:b w:val="0"/>
          <w:sz w:val="28"/>
        </w:rPr>
        <w:t>1. 我把这本书还给图书馆。句中的“还”怎么读？（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hái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huán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hǎi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háng</w:t>
      </w:r>
    </w:p>
    <w:p/>
    <w:p>
      <w:r>
        <w:rPr>
          <w:rFonts w:ascii="楷体" w:hAnsi="楷体" w:eastAsia="楷体"/>
          <w:b w:val="0"/>
          <w:sz w:val="28"/>
        </w:rPr>
        <w:t>2. 妈妈买了一杯果（zhī）。正确的汉字是（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计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支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汁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治</w:t>
      </w:r>
    </w:p>
    <w:p/>
    <w:p>
      <w:r>
        <w:rPr>
          <w:rFonts w:ascii="黑体" w:hAnsi="黑体" w:eastAsia="黑体"/>
          <w:b/>
          <w:sz w:val="28"/>
        </w:rPr>
        <w:t>二、多项选择题（共 1 题，共 5 分）</w:t>
      </w:r>
    </w:p>
    <w:p>
      <w:r>
        <w:rPr>
          <w:rFonts w:ascii="楷体" w:hAnsi="楷体" w:eastAsia="楷体"/>
          <w:b w:val="0"/>
          <w:sz w:val="28"/>
        </w:rPr>
        <w:t>3. 下列哪些是中国的传统节日？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春节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中秋节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圣诞节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端午节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复活节</w:t>
      </w:r>
    </w:p>
    <w:p/>
    <w:p>
      <w:r>
        <w:rPr>
          <w:rFonts w:ascii="黑体" w:hAnsi="黑体" w:eastAsia="黑体"/>
          <w:b/>
          <w:sz w:val="28"/>
        </w:rPr>
        <w:t>三、判断题（共 1 题，共 2 分）</w:t>
      </w:r>
    </w:p>
    <w:p>
      <w:r>
        <w:rPr>
          <w:rFonts w:ascii="楷体" w:hAnsi="楷体" w:eastAsia="楷体"/>
          <w:b w:val="0"/>
          <w:sz w:val="28"/>
        </w:rPr>
        <w:t>4. “上课”和“上学”都是离合词。</w:t>
      </w:r>
    </w:p>
    <w:p/>
    <w:p>
      <w:r>
        <w:rPr>
          <w:rFonts w:ascii="黑体" w:hAnsi="黑体" w:eastAsia="黑体"/>
          <w:b/>
          <w:sz w:val="28"/>
        </w:rPr>
        <w:t>四、填空题（共 1 题，共 10 分）</w:t>
      </w:r>
    </w:p>
    <w:p>
      <w:r>
        <w:rPr>
          <w:rFonts w:ascii="楷体" w:hAnsi="楷体" w:eastAsia="楷体"/>
          <w:b w:val="0"/>
          <w:sz w:val="28"/>
        </w:rPr>
        <w:t>5. 请填写量词：一____书，两____笔。</w:t>
      </w:r>
    </w:p>
    <w:p/>
    <w:p>
      <w:r>
        <w:rPr>
          <w:rFonts w:ascii="黑体" w:hAnsi="黑体" w:eastAsia="黑体"/>
          <w:b/>
          <w:sz w:val="28"/>
        </w:rPr>
        <w:t>五、补全语句（共 4 题，共 5 分）</w:t>
      </w:r>
    </w:p>
    <w:p>
      <w:r>
        <w:rPr>
          <w:rFonts w:ascii="楷体" w:hAnsi="楷体" w:eastAsia="楷体"/>
          <w:b w:val="0"/>
          <w:sz w:val="28"/>
        </w:rPr>
        <w:t>6. 他每天____早上六点起床。（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在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从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向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往</w:t>
      </w:r>
    </w:p>
    <w:p/>
    <w:p>
      <w:r>
        <w:rPr>
          <w:rFonts w:ascii="楷体" w:hAnsi="楷体" w:eastAsia="楷体"/>
          <w:b w:val="0"/>
          <w:sz w:val="28"/>
        </w:rPr>
        <w:t>7. 这本书____我____。（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给……了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是……的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把……了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被……了</w:t>
      </w:r>
    </w:p>
    <w:p/>
    <w:p>
      <w:r>
        <w:rPr>
          <w:rFonts w:ascii="楷体" w:hAnsi="楷体" w:eastAsia="楷体"/>
          <w:b w:val="0"/>
          <w:sz w:val="28"/>
        </w:rPr>
        <w:t>8. 她一边听音乐，____做作业。（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又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再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一边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也</w:t>
      </w:r>
    </w:p>
    <w:p/>
    <w:p>
      <w:r>
        <w:rPr>
          <w:rFonts w:ascii="楷体" w:hAnsi="楷体" w:eastAsia="楷体"/>
          <w:b w:val="0"/>
          <w:sz w:val="28"/>
        </w:rPr>
        <w:t>9. 请补全对话：——你____？——我去过三次。（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去北京吗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什么时候去北京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怎么去北京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去过几次北京</w:t>
      </w:r>
    </w:p>
    <w:p/>
    <w:p>
      <w:r>
        <w:rPr>
          <w:rFonts w:ascii="黑体" w:hAnsi="黑体" w:eastAsia="黑体"/>
          <w:b/>
          <w:sz w:val="28"/>
        </w:rPr>
        <w:t>六、简答题（共 1 题，共 20 分）</w:t>
      </w:r>
    </w:p>
    <w:p>
      <w:r>
        <w:rPr>
          <w:rFonts w:ascii="楷体" w:hAnsi="楷体" w:eastAsia="楷体"/>
          <w:b w:val="0"/>
          <w:sz w:val="28"/>
        </w:rPr>
        <w:t>10. 请用“不仅……还……”造一个句子，并简要说明其用法。</w:t>
      </w:r>
    </w:p>
    <w:p/>
    <w:p>
      <w:r>
        <w:rPr>
          <w:rFonts w:ascii="黑体" w:hAnsi="黑体" w:eastAsia="黑体"/>
          <w:b/>
          <w:sz w:val="28"/>
        </w:rPr>
        <w:t>七、选词填空（共 1 题，共 3 分）</w:t>
      </w:r>
    </w:p>
    <w:p>
      <w:r>
        <w:rPr>
          <w:rFonts w:ascii="楷体" w:hAnsi="楷体" w:eastAsia="楷体"/>
          <w:b w:val="0"/>
          <w:sz w:val="28"/>
        </w:rPr>
        <w:t xml:space="preserve">11. 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经常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偶尔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从不</w:t>
      </w:r>
    </w:p>
    <w:p>
      <w:r>
        <w:rPr>
          <w:rFonts w:ascii="楷体" w:hAnsi="楷体" w:eastAsia="楷体"/>
          <w:b w:val="0"/>
          <w:sz w:val="24"/>
        </w:rPr>
        <w:t>（1）他（ ）去图书馆看书。</w:t>
      </w:r>
    </w:p>
    <w:p>
      <w:r>
        <w:rPr>
          <w:rFonts w:ascii="楷体" w:hAnsi="楷体" w:eastAsia="楷体"/>
          <w:b w:val="0"/>
          <w:sz w:val="24"/>
        </w:rPr>
        <w:t>（2）她上课（ ）迟到。</w:t>
      </w:r>
    </w:p>
    <w:p>
      <w:r>
        <w:rPr>
          <w:rFonts w:ascii="楷体" w:hAnsi="楷体" w:eastAsia="楷体"/>
          <w:b w:val="0"/>
          <w:sz w:val="24"/>
        </w:rPr>
        <w:t>（3）我们（ ）一起吃饭。</w:t>
      </w:r>
    </w:p>
    <w:p>
      <w:r>
        <w:rPr>
          <w:rFonts w:ascii="楷体" w:hAnsi="楷体" w:eastAsia="楷体"/>
          <w:b w:val="0"/>
          <w:sz w:val="21"/>
        </w:rPr>
        <w:t>（第 18—20 题共用以上题干和选项，每题 1 分）</w:t>
      </w:r>
    </w:p>
    <w:p/>
    <w:p>
      <w:r>
        <w:rPr>
          <w:rFonts w:ascii="黑体" w:hAnsi="黑体" w:eastAsia="黑体"/>
          <w:b/>
          <w:sz w:val="28"/>
        </w:rPr>
        <w:t>八、选词成段（共 1 题，共 6 分）</w:t>
      </w:r>
    </w:p>
    <w:p>
      <w:r>
        <w:rPr>
          <w:rFonts w:ascii="楷体" w:hAnsi="楷体" w:eastAsia="楷体"/>
          <w:b w:val="0"/>
          <w:sz w:val="28"/>
        </w:rPr>
        <w:t>12. 学习汉语并不难，只要26.（ ）练习、27.（ ）不放弃，最后一定会28.（ ）。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坚持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努力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成功</w:t>
      </w:r>
    </w:p>
    <w:p>
      <w:r>
        <w:rPr>
          <w:rFonts w:ascii="楷体" w:hAnsi="楷体" w:eastAsia="楷体"/>
          <w:b w:val="0"/>
          <w:sz w:val="21"/>
        </w:rPr>
        <w:t>（第 26—28 题共用以上题干和选项，每题 2 分）</w:t>
      </w:r>
    </w:p>
    <w:p/>
    <w:p>
      <w:r>
        <w:rPr>
          <w:rFonts w:ascii="黑体" w:hAnsi="黑体" w:eastAsia="黑体"/>
          <w:b/>
          <w:sz w:val="28"/>
        </w:rPr>
        <w:t>九、阅读理解（共 4 题，共 10 分）</w:t>
      </w:r>
    </w:p>
    <w:p>
      <w:r>
        <w:rPr>
          <w:rFonts w:ascii="楷体" w:hAnsi="楷体" w:eastAsia="楷体"/>
          <w:b w:val="0"/>
          <w:sz w:val="21"/>
        </w:rPr>
        <w:t>材料：小明每天早起去公园跑步，风雨无阻。他认为健康的身体是学习的基础。</w:t>
      </w:r>
    </w:p>
    <w:p>
      <w:r>
        <w:rPr>
          <w:rFonts w:ascii="楷体" w:hAnsi="楷体" w:eastAsia="楷体"/>
          <w:b w:val="0"/>
          <w:sz w:val="28"/>
        </w:rPr>
        <w:t>13. 小明每天早起做什么？（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去公园跑步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去学校上课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在家睡觉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去商店购物</w:t>
      </w:r>
    </w:p>
    <w:p/>
    <w:p>
      <w:r>
        <w:rPr>
          <w:rFonts w:ascii="楷体" w:hAnsi="楷体" w:eastAsia="楷体"/>
          <w:b w:val="0"/>
          <w:sz w:val="28"/>
        </w:rPr>
        <w:t>14. 小明认为学习的基础是什么？（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聪明的头脑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健康的身体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充足的时间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优秀的老师</w:t>
      </w:r>
    </w:p>
    <w:p/>
    <w:p>
      <w:r>
        <w:rPr>
          <w:rFonts w:ascii="楷体" w:hAnsi="楷体" w:eastAsia="楷体"/>
          <w:b w:val="0"/>
          <w:sz w:val="21"/>
        </w:rPr>
        <w:t>材料：汉字是中华文化的瑰宝。学习汉字不仅能提高语言能力，还能了解中国的历史和文化。</w:t>
      </w:r>
    </w:p>
    <w:p>
      <w:r>
        <w:rPr>
          <w:rFonts w:ascii="楷体" w:hAnsi="楷体" w:eastAsia="楷体"/>
          <w:b w:val="0"/>
          <w:sz w:val="28"/>
        </w:rPr>
        <w:t>15. 学习汉字有哪些好处？（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提高语言能力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了解历史和文化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以上都是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以上都不是</w:t>
      </w:r>
    </w:p>
    <w:p/>
    <w:p>
      <w:r>
        <w:rPr>
          <w:rFonts w:ascii="楷体" w:hAnsi="楷体" w:eastAsia="楷体"/>
          <w:b w:val="0"/>
          <w:sz w:val="28"/>
        </w:rPr>
        <w:t>16. 作者对汉字的态度是（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赞美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批评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中立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怀疑</w:t>
      </w:r>
    </w:p>
    <w:p/>
    <w:p>
      <w:r>
        <w:rPr>
          <w:rFonts w:ascii="黑体" w:hAnsi="黑体" w:eastAsia="黑体"/>
          <w:b/>
          <w:sz w:val="28"/>
        </w:rPr>
        <w:t>十、共用选项题（共 1 题，共 5 分）</w:t>
      </w:r>
    </w:p>
    <w:p>
      <w:r>
        <w:rPr>
          <w:rFonts w:ascii="楷体" w:hAnsi="楷体" w:eastAsia="楷体"/>
          <w:b w:val="0"/>
          <w:sz w:val="28"/>
        </w:rPr>
        <w:t>17. 光合作用是指绿色植物通过 21.（ ），利用 22.（ ），把二氧化碳和水转化成储存能量的 23.（ ），并释放出 24.（ ）的过程，对维持地球的 25.（ ）平衡至关重要。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氧气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叶绿体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有机物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光能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碳氧</w:t>
      </w:r>
    </w:p>
    <w:p>
      <w:r>
        <w:rPr>
          <w:rFonts w:ascii="楷体" w:hAnsi="楷体" w:eastAsia="楷体"/>
          <w:b w:val="0"/>
          <w:sz w:val="21"/>
        </w:rPr>
        <w:t>（第 21—25 题共用以上题干和选项，每题 1 分）</w:t>
      </w:r>
    </w:p>
    <w:p/>
    <w:p>
      <w:r>
        <w:br w:type="page"/>
      </w:r>
    </w:p>
    <w:p>
      <w:r>
        <w:rPr>
          <w:rFonts w:ascii="黑体" w:hAnsi="黑体" w:eastAsia="黑体"/>
          <w:b/>
          <w:sz w:val="28"/>
        </w:rPr>
        <w:t>参考答案</w:t>
      </w:r>
    </w:p>
    <w:p>
      <w:r>
        <w:rPr>
          <w:rFonts w:ascii="宋体" w:hAnsi="宋体" w:eastAsia="宋体"/>
          <w:b w:val="0"/>
          <w:sz w:val="21"/>
        </w:rPr>
        <w:t>1. B</w:t>
      </w:r>
    </w:p>
    <w:p>
      <w:r>
        <w:rPr>
          <w:rFonts w:ascii="楷体" w:hAnsi="楷体" w:eastAsia="楷体"/>
          <w:b w:val="0"/>
          <w:sz w:val="18"/>
        </w:rPr>
        <w:t>解析：“还”表示归还时读 huán。</w:t>
      </w:r>
    </w:p>
    <w:p>
      <w:r>
        <w:rPr>
          <w:rFonts w:ascii="宋体" w:hAnsi="宋体" w:eastAsia="宋体"/>
          <w:b w:val="0"/>
          <w:sz w:val="21"/>
        </w:rPr>
        <w:t>2. C</w:t>
      </w:r>
    </w:p>
    <w:p>
      <w:r>
        <w:rPr>
          <w:rFonts w:ascii="宋体" w:hAnsi="宋体" w:eastAsia="宋体"/>
          <w:b w:val="0"/>
          <w:sz w:val="21"/>
        </w:rPr>
        <w:t>3. A, B, D</w:t>
      </w:r>
    </w:p>
    <w:p>
      <w:r>
        <w:rPr>
          <w:rFonts w:ascii="楷体" w:hAnsi="楷体" w:eastAsia="楷体"/>
          <w:b w:val="0"/>
          <w:sz w:val="18"/>
        </w:rPr>
        <w:t>解析：春节、中秋节、端午节是中国传统节日，圣诞节和复活节是西方节日。</w:t>
      </w:r>
    </w:p>
    <w:p>
      <w:r>
        <w:rPr>
          <w:rFonts w:ascii="宋体" w:hAnsi="宋体" w:eastAsia="宋体"/>
          <w:b w:val="0"/>
          <w:sz w:val="21"/>
        </w:rPr>
        <w:t>4. 正确</w:t>
      </w:r>
    </w:p>
    <w:p>
      <w:r>
        <w:rPr>
          <w:rFonts w:ascii="宋体" w:hAnsi="宋体" w:eastAsia="宋体"/>
          <w:b w:val="0"/>
          <w:sz w:val="21"/>
        </w:rPr>
        <w:t>5. 本, 支</w:t>
      </w:r>
    </w:p>
    <w:p>
      <w:r>
        <w:rPr>
          <w:rFonts w:ascii="宋体" w:hAnsi="宋体" w:eastAsia="宋体"/>
          <w:b w:val="0"/>
          <w:sz w:val="21"/>
        </w:rPr>
        <w:t>6. A</w:t>
      </w:r>
    </w:p>
    <w:p>
      <w:r>
        <w:rPr>
          <w:rFonts w:ascii="宋体" w:hAnsi="宋体" w:eastAsia="宋体"/>
          <w:b w:val="0"/>
          <w:sz w:val="21"/>
        </w:rPr>
        <w:t>7. B</w:t>
      </w:r>
    </w:p>
    <w:p>
      <w:r>
        <w:rPr>
          <w:rFonts w:ascii="宋体" w:hAnsi="宋体" w:eastAsia="宋体"/>
          <w:b w:val="0"/>
          <w:sz w:val="21"/>
        </w:rPr>
        <w:t>8. C</w:t>
      </w:r>
    </w:p>
    <w:p>
      <w:r>
        <w:rPr>
          <w:rFonts w:ascii="宋体" w:hAnsi="宋体" w:eastAsia="宋体"/>
          <w:b w:val="0"/>
          <w:sz w:val="21"/>
        </w:rPr>
        <w:t>9. D</w:t>
      </w:r>
    </w:p>
    <w:p>
      <w:r>
        <w:rPr>
          <w:rFonts w:ascii="宋体" w:hAnsi="宋体" w:eastAsia="宋体"/>
          <w:b w:val="0"/>
          <w:sz w:val="21"/>
        </w:rPr>
        <w:t>10. 他不仅会说汉语，还会写汉字。</w:t>
      </w:r>
    </w:p>
    <w:p>
      <w:r>
        <w:rPr>
          <w:rFonts w:ascii="楷体" w:hAnsi="楷体" w:eastAsia="楷体"/>
          <w:b w:val="0"/>
          <w:sz w:val="18"/>
        </w:rPr>
        <w:t>解析：答案不唯一，正确使用“不仅……还……”结构即可。</w:t>
      </w:r>
    </w:p>
    <w:p>
      <w:r>
        <w:rPr>
          <w:rFonts w:ascii="宋体" w:hAnsi="宋体" w:eastAsia="宋体"/>
          <w:b w:val="0"/>
          <w:sz w:val="21"/>
        </w:rPr>
        <w:t>18. A</w:t>
      </w:r>
    </w:p>
    <w:p>
      <w:r>
        <w:rPr>
          <w:rFonts w:ascii="宋体" w:hAnsi="宋体" w:eastAsia="宋体"/>
          <w:b w:val="0"/>
          <w:sz w:val="21"/>
        </w:rPr>
        <w:t>19. C</w:t>
      </w:r>
    </w:p>
    <w:p>
      <w:r>
        <w:rPr>
          <w:rFonts w:ascii="宋体" w:hAnsi="宋体" w:eastAsia="宋体"/>
          <w:b w:val="0"/>
          <w:sz w:val="21"/>
        </w:rPr>
        <w:t>20. B</w:t>
      </w:r>
    </w:p>
    <w:p>
      <w:r>
        <w:rPr>
          <w:rFonts w:ascii="宋体" w:hAnsi="宋体" w:eastAsia="宋体"/>
          <w:b w:val="0"/>
          <w:sz w:val="21"/>
        </w:rPr>
        <w:t>26. A</w:t>
      </w:r>
    </w:p>
    <w:p>
      <w:r>
        <w:rPr>
          <w:rFonts w:ascii="楷体" w:hAnsi="楷体" w:eastAsia="楷体"/>
          <w:b w:val="0"/>
          <w:sz w:val="18"/>
        </w:rPr>
        <w:t>解析：“坚持”与“练习”搭配</w:t>
      </w:r>
    </w:p>
    <w:p>
      <w:r>
        <w:rPr>
          <w:rFonts w:ascii="宋体" w:hAnsi="宋体" w:eastAsia="宋体"/>
          <w:b w:val="0"/>
          <w:sz w:val="21"/>
        </w:rPr>
        <w:t>27. B</w:t>
      </w:r>
    </w:p>
    <w:p>
      <w:r>
        <w:rPr>
          <w:rFonts w:ascii="楷体" w:hAnsi="楷体" w:eastAsia="楷体"/>
          <w:b w:val="0"/>
          <w:sz w:val="18"/>
        </w:rPr>
        <w:t>解析：“努力”与“不放弃”呼应</w:t>
      </w:r>
    </w:p>
    <w:p>
      <w:r>
        <w:rPr>
          <w:rFonts w:ascii="宋体" w:hAnsi="宋体" w:eastAsia="宋体"/>
          <w:b w:val="0"/>
          <w:sz w:val="21"/>
        </w:rPr>
        <w:t>28. C</w:t>
      </w:r>
    </w:p>
    <w:p>
      <w:r>
        <w:rPr>
          <w:rFonts w:ascii="楷体" w:hAnsi="楷体" w:eastAsia="楷体"/>
          <w:b w:val="0"/>
          <w:sz w:val="18"/>
        </w:rPr>
        <w:t>解析：“成功”作结果</w:t>
      </w:r>
    </w:p>
    <w:p>
      <w:r>
        <w:rPr>
          <w:rFonts w:ascii="宋体" w:hAnsi="宋体" w:eastAsia="宋体"/>
          <w:b w:val="0"/>
          <w:sz w:val="21"/>
        </w:rPr>
        <w:t>13. A</w:t>
      </w:r>
    </w:p>
    <w:p>
      <w:r>
        <w:rPr>
          <w:rFonts w:ascii="楷体" w:hAnsi="楷体" w:eastAsia="楷体"/>
          <w:b w:val="0"/>
          <w:sz w:val="18"/>
        </w:rPr>
        <w:t>解析：由“小明每天早起去公园跑步”可知选 A。</w:t>
      </w:r>
    </w:p>
    <w:p>
      <w:r>
        <w:rPr>
          <w:rFonts w:ascii="宋体" w:hAnsi="宋体" w:eastAsia="宋体"/>
          <w:b w:val="0"/>
          <w:sz w:val="21"/>
        </w:rPr>
        <w:t>14. B</w:t>
      </w:r>
    </w:p>
    <w:p>
      <w:r>
        <w:rPr>
          <w:rFonts w:ascii="宋体" w:hAnsi="宋体" w:eastAsia="宋体"/>
          <w:b w:val="0"/>
          <w:sz w:val="21"/>
        </w:rPr>
        <w:t>15. C</w:t>
      </w:r>
    </w:p>
    <w:p>
      <w:r>
        <w:rPr>
          <w:rFonts w:ascii="宋体" w:hAnsi="宋体" w:eastAsia="宋体"/>
          <w:b w:val="0"/>
          <w:sz w:val="21"/>
        </w:rPr>
        <w:t>16. A</w:t>
      </w:r>
    </w:p>
    <w:p>
      <w:r>
        <w:rPr>
          <w:rFonts w:ascii="宋体" w:hAnsi="宋体" w:eastAsia="宋体"/>
          <w:b w:val="0"/>
          <w:sz w:val="21"/>
        </w:rPr>
        <w:t>21. B</w:t>
      </w:r>
    </w:p>
    <w:p>
      <w:r>
        <w:rPr>
          <w:rFonts w:ascii="楷体" w:hAnsi="楷体" w:eastAsia="楷体"/>
          <w:b w:val="0"/>
          <w:sz w:val="18"/>
        </w:rPr>
        <w:t>解析：叶绿体是光合作用的场所</w:t>
      </w:r>
    </w:p>
    <w:p>
      <w:r>
        <w:rPr>
          <w:rFonts w:ascii="宋体" w:hAnsi="宋体" w:eastAsia="宋体"/>
          <w:b w:val="0"/>
          <w:sz w:val="21"/>
        </w:rPr>
        <w:t>22. D</w:t>
      </w:r>
    </w:p>
    <w:p>
      <w:r>
        <w:rPr>
          <w:rFonts w:ascii="楷体" w:hAnsi="楷体" w:eastAsia="楷体"/>
          <w:b w:val="0"/>
          <w:sz w:val="18"/>
        </w:rPr>
        <w:t>解析：光能提供能量</w:t>
      </w:r>
    </w:p>
    <w:p>
      <w:r>
        <w:rPr>
          <w:rFonts w:ascii="宋体" w:hAnsi="宋体" w:eastAsia="宋体"/>
          <w:b w:val="0"/>
          <w:sz w:val="21"/>
        </w:rPr>
        <w:t>23. C</w:t>
      </w:r>
    </w:p>
    <w:p>
      <w:r>
        <w:rPr>
          <w:rFonts w:ascii="楷体" w:hAnsi="楷体" w:eastAsia="楷体"/>
          <w:b w:val="0"/>
          <w:sz w:val="18"/>
        </w:rPr>
        <w:t>解析：产物为有机物</w:t>
      </w:r>
    </w:p>
    <w:p>
      <w:r>
        <w:rPr>
          <w:rFonts w:ascii="宋体" w:hAnsi="宋体" w:eastAsia="宋体"/>
          <w:b w:val="0"/>
          <w:sz w:val="21"/>
        </w:rPr>
        <w:t>24. A</w:t>
      </w:r>
    </w:p>
    <w:p>
      <w:r>
        <w:rPr>
          <w:rFonts w:ascii="楷体" w:hAnsi="楷体" w:eastAsia="楷体"/>
          <w:b w:val="0"/>
          <w:sz w:val="18"/>
        </w:rPr>
        <w:t>解析：释放氧气</w:t>
      </w:r>
    </w:p>
    <w:p>
      <w:r>
        <w:rPr>
          <w:rFonts w:ascii="宋体" w:hAnsi="宋体" w:eastAsia="宋体"/>
          <w:b w:val="0"/>
          <w:sz w:val="21"/>
        </w:rPr>
        <w:t>25. E</w:t>
      </w:r>
    </w:p>
    <w:p>
      <w:r>
        <w:rPr>
          <w:rFonts w:ascii="楷体" w:hAnsi="楷体" w:eastAsia="楷体"/>
          <w:b w:val="0"/>
          <w:sz w:val="18"/>
        </w:rPr>
        <w:t>解析：维持碳氧平衡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