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作业批量导入示例</w:t>
      </w:r>
    </w:p>
    <w:p>
      <w:r>
        <w:t>说明：请按此格式准备 Word 文件。系统会自动识别题型分区、题号、题干、选项和答案。</w:t>
      </w:r>
    </w:p>
    <w:p>
      <w:r>
        <w:t>• 题型分区支持：单项选择题 / 多项选择题 / 判断题 / 填空题 / 简答题 / 选词填空 / 共用选项题 / 阅读理解。</w:t>
      </w:r>
    </w:p>
    <w:p>
      <w:r>
        <w:t>• 小题请以数字编号开头，如：1. 、2.</w:t>
      </w:r>
    </w:p>
    <w:p>
      <w:r>
        <w:t>• 答案请单独占一行，格式：答案：A（多选写作 答案：ABD；判断写作 答案：正确 / 错误；填空多空用顿号分隔）。</w:t>
      </w:r>
    </w:p>
    <w:p>
      <w:r>
        <w:t>• 选词填空：先给一组共享候选词（A.… B.… …），再给若干带（ ）的小题，答案用 答案：X 标在小题末尾。</w:t>
      </w:r>
    </w:p>
    <w:p>
      <w:r>
        <w:t>• 共用选项题：先写含空位编号（如 21.（ ））的段落，再写共享选项，然后在选项后按题号写逐空答案，格式：答案：21.B 22.D ……</w:t>
      </w:r>
    </w:p>
    <w:p>
      <w:r>
        <w:t>• 阅读理解：先用题号范围起一行（如 1-2），接着写文章，再写若干自带 A/B/C/D 选项的小题。</w:t>
      </w:r>
    </w:p>
    <w:p/>
    <w:p>
      <w:r>
        <w:t>一、单项选择题(每题2分)</w:t>
      </w:r>
    </w:p>
    <w:p>
      <w:r>
        <w:t>1. 我把这本书还给图书馆。句中的“还”怎么读？（ ）</w:t>
      </w:r>
    </w:p>
    <w:p>
      <w:r>
        <w:t>答案：B</w:t>
      </w:r>
    </w:p>
    <w:p>
      <w:r>
        <w:t>A. hái    B. huán    C. hǎi    D. háng</w:t>
      </w:r>
    </w:p>
    <w:p>
      <w:r>
        <w:t>解析：“还”在此处读 huán，表示归还。</w:t>
      </w:r>
    </w:p>
    <w:p>
      <w:r>
        <w:t>2. 妈妈买了一杯果（zhī）。正确的汉字是（ ）</w:t>
      </w:r>
    </w:p>
    <w:p>
      <w:r>
        <w:t>答案：C</w:t>
      </w:r>
    </w:p>
    <w:p>
      <w:r>
        <w:t>A. 计    B. 支    C. 汁    D. 治</w:t>
      </w:r>
    </w:p>
    <w:p/>
    <w:p>
      <w:r>
        <w:t>二、多项选择题(每题3分)</w:t>
      </w:r>
    </w:p>
    <w:p>
      <w:r>
        <w:t>1. 下列哪些是中国的传统节日？</w:t>
      </w:r>
    </w:p>
    <w:p>
      <w:r>
        <w:t>答案：ABD</w:t>
      </w:r>
    </w:p>
    <w:p>
      <w:r>
        <w:t>A. 春节</w:t>
      </w:r>
    </w:p>
    <w:p>
      <w:r>
        <w:t>B. 中秋节</w:t>
      </w:r>
    </w:p>
    <w:p>
      <w:r>
        <w:t>C. 圣诞节</w:t>
      </w:r>
    </w:p>
    <w:p>
      <w:r>
        <w:t>D. 端午节</w:t>
      </w:r>
    </w:p>
    <w:p>
      <w:r>
        <w:t>E. 复活节</w:t>
      </w:r>
    </w:p>
    <w:p>
      <w:r>
        <w:t>解析：圣诞节、复活节不是中国传统节日。</w:t>
      </w:r>
    </w:p>
    <w:p/>
    <w:p>
      <w:r>
        <w:t>三、判断题(每题1分)</w:t>
      </w:r>
    </w:p>
    <w:p>
      <w:r>
        <w:t>1. 水在标准大气压下加热到100摄氏度会沸腾。（ ）</w:t>
      </w:r>
    </w:p>
    <w:p>
      <w:r>
        <w:t>答案：正确</w:t>
      </w:r>
    </w:p>
    <w:p>
      <w:r>
        <w:t>2. 所有的负数都大于0。（ ）</w:t>
      </w:r>
    </w:p>
    <w:p>
      <w:r>
        <w:t>答案：错误</w:t>
      </w:r>
    </w:p>
    <w:p/>
    <w:p>
      <w:r>
        <w:t>四、填空题(每题2分)</w:t>
      </w:r>
    </w:p>
    <w:p>
      <w:r>
        <w:t>1. “李杜”指的是唐代诗人____和____。</w:t>
      </w:r>
    </w:p>
    <w:p>
      <w:r>
        <w:t>答案：李白、杜甫</w:t>
      </w:r>
    </w:p>
    <w:p/>
    <w:p>
      <w:r>
        <w:t>五、简答题(每题5分)</w:t>
      </w:r>
    </w:p>
    <w:p>
      <w:r>
        <w:t>1. 简述光合作用对地球生态系统的意义。</w:t>
      </w:r>
    </w:p>
    <w:p>
      <w:r>
        <w:t>答案：光合作用把光能转化为化学能，制造有机物并释放氧气，是生态系统的能量与物质基础。</w:t>
      </w:r>
    </w:p>
    <w:p/>
    <w:p>
      <w:r>
        <w:t>六、选词填空(本题1组，共3小题)</w:t>
      </w:r>
    </w:p>
    <w:p>
      <w:r>
        <w:t>A. 正比  B. 质量  C. 周长  D. 自动  E. 坐标  F. 中垂线</w:t>
      </w:r>
    </w:p>
    <w:p>
      <w:r>
        <w:t>1. 机器人能够（ ）完成复杂的任务，不需要人工。答案：D</w:t>
      </w:r>
    </w:p>
    <w:p>
      <w:r>
        <w:t>2. 圆的（ ）计算公式是 2πr，其中 r 是半径。答案：C</w:t>
      </w:r>
    </w:p>
    <w:p>
      <w:r>
        <w:t>3. 物体的（ ）是计算其惯性大小的物理量，单位是千克。答案：B</w:t>
      </w:r>
    </w:p>
    <w:p/>
    <w:p>
      <w:r>
        <w:t>七、共用选项题(本题1组，共5空)</w:t>
      </w:r>
    </w:p>
    <w:p>
      <w:r>
        <w:t>光合作用是指绿色植物通过 21.（ ），利用 22.（ ），把二氧化碳和水转化成储存能量的 23.（ ），并释放出 24.（ ）的过程，对维持地球的 25.（ ）平衡至关重要。</w:t>
      </w:r>
    </w:p>
    <w:p>
      <w:r>
        <w:t>A. 氧气    B. 叶绿体    C. 有机物    D. 光能    E. 碳氧</w:t>
      </w:r>
    </w:p>
    <w:p>
      <w:r>
        <w:t>答案：21.B 22.D 23.C 24.A 25.E</w:t>
      </w:r>
    </w:p>
    <w:p>
      <w:r>
        <w:t>解析：21.叶绿体是光合作用的场所 22.光能提供能量 23.产物为有机物 24.释放氧气 25.维持碳氧平衡</w:t>
      </w:r>
    </w:p>
    <w:p/>
    <w:p>
      <w:r>
        <w:t>八、阅读理解(本题1组，共2小题)</w:t>
      </w:r>
    </w:p>
    <w:p>
      <w:r>
        <w:t>1-2</w:t>
      </w:r>
    </w:p>
    <w:p>
      <w:r>
        <w:t>在节假日，我们经常会看到商场举办各种打折活动，这样做主要是为了吸引更多的顾客来购物。不过人们在购买的时候，不能只看价格，还应考虑买的东西是不是适合自己，是不是必须买。如果不适合自己，不是必须买，即使花钱再少也是一种浪费。</w:t>
      </w:r>
    </w:p>
    <w:p>
      <w:r>
        <w:t>1. 节假日商场打折是为了：（ ）答案：A</w:t>
      </w:r>
    </w:p>
    <w:p>
      <w:r>
        <w:t>A. 吸引顾客</w:t>
      </w:r>
    </w:p>
    <w:p>
      <w:r>
        <w:t>B. 保证质量</w:t>
      </w:r>
    </w:p>
    <w:p>
      <w:r>
        <w:t>C. 丰富人们的生活</w:t>
      </w:r>
    </w:p>
    <w:p>
      <w:r>
        <w:t>D. 提高服务的水平</w:t>
      </w:r>
    </w:p>
    <w:p>
      <w:r>
        <w:t>2. 根据这段话，买东西必须考虑：（ ）答案：C</w:t>
      </w:r>
    </w:p>
    <w:p>
      <w:r>
        <w:t>A. 质量好坏</w:t>
      </w:r>
    </w:p>
    <w:p>
      <w:r>
        <w:t>B. 家人是否同意</w:t>
      </w:r>
    </w:p>
    <w:p>
      <w:r>
        <w:t>C. 有没有用</w:t>
      </w:r>
    </w:p>
    <w:p>
      <w:r>
        <w:t>D. 自己的收入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